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AE973" w14:textId="77777777" w:rsidR="00683CA8" w:rsidRPr="002B3E70" w:rsidRDefault="009D5E8B">
      <w:pPr>
        <w:pStyle w:val="Tytu"/>
        <w:rPr>
          <w:lang w:val="pl-PL"/>
        </w:rPr>
      </w:pPr>
      <w:r w:rsidRPr="002B3E70">
        <w:rPr>
          <w:lang w:val="pl-PL"/>
        </w:rPr>
        <w:t>Fiszka pomysłu na doposażenie organizacji pozarządowej</w:t>
      </w:r>
    </w:p>
    <w:p w14:paraId="3F4AA38A" w14:textId="77777777" w:rsidR="00683CA8" w:rsidRPr="002B3E70" w:rsidRDefault="009D5E8B">
      <w:pPr>
        <w:pStyle w:val="Podtytu"/>
        <w:rPr>
          <w:lang w:val="pl-PL"/>
        </w:rPr>
      </w:pPr>
      <w:r w:rsidRPr="002B3E70">
        <w:rPr>
          <w:color w:val="000000"/>
          <w:lang w:val="pl-PL"/>
        </w:rPr>
        <w:t>Przedsięwzięcie 2.1 Lokalnej Strategii Rozwoju LGD „Perły Czarnej Nidy”</w:t>
      </w:r>
    </w:p>
    <w:p w14:paraId="2D70B8E7" w14:textId="77777777" w:rsidR="00683CA8" w:rsidRDefault="009D5E8B" w:rsidP="001B048A">
      <w:pPr>
        <w:jc w:val="both"/>
        <w:rPr>
          <w:rFonts w:hint="eastAsia"/>
          <w:lang w:val="pl-PL"/>
        </w:rPr>
      </w:pPr>
      <w:r w:rsidRPr="002B3E70">
        <w:rPr>
          <w:lang w:val="pl-PL"/>
        </w:rPr>
        <w:t>Fiszka służy rozpoznaniu potrzeb organizacji przed przygotowaniem przez LGD projektu grantowego. Opisz planowany zakup i sposób jego wykorzystania. Złożenie fiszki nie jest wnioskiem o grant ani obietnicą finansowania. Warunki i termin przyszłego naboru LGD zostaną ogłoszone odrębnie.</w:t>
      </w:r>
    </w:p>
    <w:p w14:paraId="4D7D745E" w14:textId="77777777" w:rsidR="00D535A0" w:rsidRDefault="00D535A0">
      <w:pPr>
        <w:pStyle w:val="Nagwek1"/>
        <w:rPr>
          <w:rFonts w:ascii="Liberation Sans" w:eastAsiaTheme="minorEastAsia" w:hAnsi="Liberation Sans" w:cstheme="minorBidi"/>
          <w:b w:val="0"/>
          <w:bCs w:val="0"/>
          <w:color w:val="auto"/>
          <w:sz w:val="20"/>
          <w:szCs w:val="22"/>
          <w:lang w:val="pl-PL"/>
        </w:rPr>
      </w:pPr>
      <w:r w:rsidRPr="00D535A0">
        <w:rPr>
          <w:rFonts w:ascii="Liberation Sans" w:eastAsiaTheme="minorEastAsia" w:hAnsi="Liberation Sans" w:cstheme="minorBidi"/>
          <w:b w:val="0"/>
          <w:bCs w:val="0"/>
          <w:color w:val="auto"/>
          <w:sz w:val="20"/>
          <w:szCs w:val="22"/>
          <w:lang w:val="pl-PL"/>
        </w:rPr>
        <w:t>Na potrzeby przygotowania fiszki przyjmij planowaną kwotę dofinansowania do 25 000 zł. Ostateczne warunki zostaną określone w ogłoszeniu naboru.</w:t>
      </w:r>
    </w:p>
    <w:p w14:paraId="72B58F71" w14:textId="3A634E26" w:rsidR="00972776" w:rsidRPr="00972776" w:rsidRDefault="00972776" w:rsidP="00972776">
      <w:pPr>
        <w:rPr>
          <w:b/>
          <w:bCs/>
          <w:lang w:val="pl-PL"/>
        </w:rPr>
      </w:pPr>
      <w:r w:rsidRPr="00972776">
        <w:rPr>
          <w:b/>
          <w:bCs/>
          <w:lang w:val="pl-PL"/>
        </w:rPr>
        <w:t>Odpowiadaj krótko, najlepiej w punktach. Nie trzeba przygotowywać rozbudowanych uzasadnień</w:t>
      </w:r>
      <w:r w:rsidRPr="00972776">
        <w:rPr>
          <w:b/>
          <w:bCs/>
          <w:lang w:val="pl-PL"/>
        </w:rPr>
        <w:t>.</w:t>
      </w:r>
    </w:p>
    <w:p w14:paraId="5872529A" w14:textId="0C7A5E39" w:rsidR="00683CA8" w:rsidRPr="002B3E70" w:rsidRDefault="009D5E8B">
      <w:pPr>
        <w:pStyle w:val="Nagwek1"/>
        <w:rPr>
          <w:lang w:val="pl-PL"/>
        </w:rPr>
      </w:pPr>
      <w:r w:rsidRPr="002B3E70">
        <w:rPr>
          <w:lang w:val="pl-PL"/>
        </w:rPr>
        <w:t>Dane organizacji</w:t>
      </w:r>
    </w:p>
    <w:p w14:paraId="34D7D23C" w14:textId="77777777" w:rsidR="00683CA8" w:rsidRPr="002B3E70" w:rsidRDefault="009D5E8B">
      <w:pPr>
        <w:rPr>
          <w:rFonts w:hint="eastAsia"/>
          <w:lang w:val="pl-PL"/>
        </w:rPr>
      </w:pPr>
      <w:r w:rsidRPr="002B3E70">
        <w:rPr>
          <w:b/>
          <w:lang w:val="pl-PL"/>
        </w:rPr>
        <w:t>Nazwa organizacji i miejscowość siedziby lub oddziału</w:t>
      </w:r>
    </w:p>
    <w:p w14:paraId="56A91E0A" w14:textId="6592542D" w:rsidR="00683CA8" w:rsidRPr="002B3E70" w:rsidRDefault="009D5E8B">
      <w:pPr>
        <w:spacing w:after="40"/>
        <w:rPr>
          <w:rFonts w:hint="eastAsia"/>
          <w:lang w:val="pl-PL"/>
        </w:rPr>
      </w:pPr>
      <w:r w:rsidRPr="002B3E70">
        <w:rPr>
          <w:lang w:val="pl-PL"/>
        </w:rPr>
        <w:t>................................................................................................................................................</w:t>
      </w:r>
      <w:r w:rsidR="002B3E70" w:rsidRPr="002B3E70">
        <w:rPr>
          <w:lang w:val="pl-PL"/>
        </w:rPr>
        <w:t>.</w:t>
      </w:r>
      <w:r w:rsidR="002B3E70">
        <w:rPr>
          <w:lang w:val="pl-PL"/>
        </w:rPr>
        <w:t>.............................</w:t>
      </w:r>
    </w:p>
    <w:p w14:paraId="30F24218" w14:textId="77777777" w:rsidR="00683CA8" w:rsidRPr="002B3E70" w:rsidRDefault="009D5E8B">
      <w:pPr>
        <w:rPr>
          <w:rFonts w:hint="eastAsia"/>
          <w:lang w:val="pl-PL"/>
        </w:rPr>
      </w:pPr>
      <w:r w:rsidRPr="002B3E70">
        <w:rPr>
          <w:b/>
          <w:lang w:val="pl-PL"/>
        </w:rPr>
        <w:t>Osoba do kontaktu, telefon i adres e-mail</w:t>
      </w:r>
    </w:p>
    <w:p w14:paraId="4F259E0A" w14:textId="77777777" w:rsidR="002B3E70" w:rsidRPr="002B3E70" w:rsidRDefault="002B3E70" w:rsidP="002B3E70">
      <w:pPr>
        <w:spacing w:after="40"/>
        <w:rPr>
          <w:rFonts w:hint="eastAsia"/>
          <w:lang w:val="pl-PL"/>
        </w:rPr>
      </w:pPr>
      <w:r w:rsidRPr="002B3E70">
        <w:rPr>
          <w:lang w:val="pl-PL"/>
        </w:rPr>
        <w:t>.................................................................................................................................................</w:t>
      </w:r>
      <w:r>
        <w:rPr>
          <w:lang w:val="pl-PL"/>
        </w:rPr>
        <w:t>.............................</w:t>
      </w:r>
    </w:p>
    <w:p w14:paraId="68CC320C" w14:textId="1755D13F" w:rsidR="00683CA8" w:rsidRPr="00A26FB0" w:rsidRDefault="009D5E8B">
      <w:pPr>
        <w:keepNext/>
        <w:spacing w:before="100"/>
        <w:rPr>
          <w:rFonts w:hint="eastAsia"/>
          <w:b/>
          <w:bCs/>
          <w:lang w:val="pl-PL"/>
        </w:rPr>
      </w:pPr>
      <w:r w:rsidRPr="002B3E70">
        <w:rPr>
          <w:b/>
          <w:lang w:val="pl-PL"/>
        </w:rPr>
        <w:t xml:space="preserve">1. </w:t>
      </w:r>
      <w:r w:rsidR="00A26FB0" w:rsidRPr="00A26FB0">
        <w:rPr>
          <w:b/>
          <w:bCs/>
          <w:lang w:val="pl-PL"/>
        </w:rPr>
        <w:t>Czym zajmuje się organizacja na obszarze LGD</w:t>
      </w:r>
      <w:r w:rsidRPr="00A26FB0">
        <w:rPr>
          <w:b/>
          <w:bCs/>
          <w:lang w:val="pl-PL"/>
        </w:rPr>
        <w:t>?</w:t>
      </w:r>
    </w:p>
    <w:p w14:paraId="7CA8F80F" w14:textId="3D59C75D" w:rsidR="00683CA8" w:rsidRPr="002B3E70" w:rsidRDefault="00A26FB0">
      <w:pPr>
        <w:keepNext/>
        <w:spacing w:after="40"/>
        <w:rPr>
          <w:rFonts w:hint="eastAsia"/>
          <w:lang w:val="pl-PL"/>
        </w:rPr>
      </w:pPr>
      <w:r w:rsidRPr="00A26FB0">
        <w:rPr>
          <w:i/>
          <w:sz w:val="18"/>
          <w:lang w:val="pl-PL"/>
        </w:rPr>
        <w:t xml:space="preserve">Podaj </w:t>
      </w:r>
      <w:r>
        <w:rPr>
          <w:i/>
          <w:sz w:val="18"/>
          <w:lang w:val="pl-PL"/>
        </w:rPr>
        <w:t>przykłady</w:t>
      </w:r>
      <w:r w:rsidRPr="00A26FB0">
        <w:rPr>
          <w:i/>
          <w:sz w:val="18"/>
          <w:lang w:val="pl-PL"/>
        </w:rPr>
        <w:t xml:space="preserve"> działań z ostatnich dwóch lat, wskazując ich odbiorców i miejscowości. Jeśli dopiero zaczynacie, opisz krótko przygotowania</w:t>
      </w:r>
      <w:r w:rsidR="009D5E8B" w:rsidRPr="002B3E70">
        <w:rPr>
          <w:i/>
          <w:sz w:val="18"/>
          <w:lang w:val="pl-PL"/>
        </w:rPr>
        <w:t>.</w:t>
      </w:r>
    </w:p>
    <w:p w14:paraId="712CB820" w14:textId="77777777" w:rsidR="002B3E70" w:rsidRPr="002B3E70" w:rsidRDefault="002B3E70" w:rsidP="002B3E70">
      <w:pPr>
        <w:spacing w:after="40"/>
        <w:rPr>
          <w:rFonts w:hint="eastAsia"/>
          <w:lang w:val="pl-PL"/>
        </w:rPr>
      </w:pPr>
      <w:r w:rsidRPr="002B3E70">
        <w:rPr>
          <w:lang w:val="pl-PL"/>
        </w:rPr>
        <w:t>.................................................................................................................................................</w:t>
      </w:r>
      <w:r>
        <w:rPr>
          <w:lang w:val="pl-PL"/>
        </w:rPr>
        <w:t>.............................</w:t>
      </w:r>
    </w:p>
    <w:p w14:paraId="5BA0A34D" w14:textId="77777777" w:rsidR="002B3E70" w:rsidRPr="002B3E70" w:rsidRDefault="002B3E70" w:rsidP="002B3E70">
      <w:pPr>
        <w:spacing w:after="40"/>
        <w:rPr>
          <w:rFonts w:hint="eastAsia"/>
          <w:lang w:val="pl-PL"/>
        </w:rPr>
      </w:pPr>
      <w:r w:rsidRPr="002B3E70">
        <w:rPr>
          <w:lang w:val="pl-PL"/>
        </w:rPr>
        <w:t>.................................................................................................................................................</w:t>
      </w:r>
      <w:r>
        <w:rPr>
          <w:lang w:val="pl-PL"/>
        </w:rPr>
        <w:t>.............................</w:t>
      </w:r>
    </w:p>
    <w:p w14:paraId="7C6B5AB4" w14:textId="77777777" w:rsidR="002B3E70" w:rsidRPr="002B3E70" w:rsidRDefault="002B3E70" w:rsidP="002B3E70">
      <w:pPr>
        <w:spacing w:after="40"/>
        <w:rPr>
          <w:rFonts w:hint="eastAsia"/>
          <w:lang w:val="pl-PL"/>
        </w:rPr>
      </w:pPr>
      <w:r w:rsidRPr="002B3E70">
        <w:rPr>
          <w:lang w:val="pl-PL"/>
        </w:rPr>
        <w:t>.................................................................................................................................................</w:t>
      </w:r>
      <w:r>
        <w:rPr>
          <w:lang w:val="pl-PL"/>
        </w:rPr>
        <w:t>.............................</w:t>
      </w:r>
    </w:p>
    <w:p w14:paraId="3D839C88" w14:textId="77777777" w:rsidR="002B3E70" w:rsidRPr="002B3E70" w:rsidRDefault="002B3E70" w:rsidP="002B3E70">
      <w:pPr>
        <w:spacing w:after="40"/>
        <w:rPr>
          <w:rFonts w:hint="eastAsia"/>
          <w:lang w:val="pl-PL"/>
        </w:rPr>
      </w:pPr>
      <w:r w:rsidRPr="002B3E70">
        <w:rPr>
          <w:lang w:val="pl-PL"/>
        </w:rPr>
        <w:t>.................................................................................................................................................</w:t>
      </w:r>
      <w:r>
        <w:rPr>
          <w:lang w:val="pl-PL"/>
        </w:rPr>
        <w:t>.............................</w:t>
      </w:r>
    </w:p>
    <w:p w14:paraId="06418314" w14:textId="77777777" w:rsidR="00683CA8" w:rsidRPr="002B3E70" w:rsidRDefault="009D5E8B">
      <w:pPr>
        <w:pStyle w:val="Nagwek1"/>
        <w:rPr>
          <w:lang w:val="pl-PL"/>
        </w:rPr>
      </w:pPr>
      <w:r w:rsidRPr="002B3E70">
        <w:rPr>
          <w:lang w:val="pl-PL"/>
        </w:rPr>
        <w:t>Planowane wyposażenie</w:t>
      </w:r>
    </w:p>
    <w:p w14:paraId="1A4E556F" w14:textId="28231886" w:rsidR="00683CA8" w:rsidRPr="002B3E70" w:rsidRDefault="00A26FB0">
      <w:pPr>
        <w:keepNext/>
        <w:spacing w:before="100"/>
        <w:rPr>
          <w:rFonts w:hint="eastAsia"/>
          <w:lang w:val="pl-PL"/>
        </w:rPr>
      </w:pPr>
      <w:r>
        <w:rPr>
          <w:b/>
          <w:lang w:val="pl-PL"/>
        </w:rPr>
        <w:t>2</w:t>
      </w:r>
      <w:r w:rsidR="009D5E8B" w:rsidRPr="002B3E70">
        <w:rPr>
          <w:b/>
          <w:lang w:val="pl-PL"/>
        </w:rPr>
        <w:t>. Jakie wyposażenie chcecie kupić</w:t>
      </w:r>
      <w:r>
        <w:rPr>
          <w:b/>
          <w:lang w:val="pl-PL"/>
        </w:rPr>
        <w:t xml:space="preserve"> i ile będzie kosztować</w:t>
      </w:r>
      <w:r w:rsidR="009D5E8B" w:rsidRPr="002B3E70">
        <w:rPr>
          <w:b/>
          <w:lang w:val="pl-PL"/>
        </w:rPr>
        <w:t>?</w:t>
      </w:r>
      <w:r w:rsidR="005D631F">
        <w:rPr>
          <w:b/>
          <w:lang w:val="pl-PL"/>
        </w:rPr>
        <w:t xml:space="preserve"> </w:t>
      </w:r>
      <w:r w:rsidR="005D631F" w:rsidRPr="005D631F">
        <w:rPr>
          <w:bCs/>
          <w:lang w:val="pl-PL"/>
        </w:rPr>
        <w:t>(dodaj wiersze jeśli potrzebujesz)</w:t>
      </w:r>
      <w:r w:rsidR="005D631F">
        <w:rPr>
          <w:bCs/>
          <w:lang w:val="pl-PL"/>
        </w:rPr>
        <w:t>.</w:t>
      </w: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4273"/>
        <w:gridCol w:w="705"/>
        <w:gridCol w:w="1428"/>
        <w:gridCol w:w="1378"/>
        <w:gridCol w:w="2162"/>
      </w:tblGrid>
      <w:tr w:rsidR="00867B9F" w14:paraId="45BDFA91" w14:textId="77777777" w:rsidTr="00D535A0">
        <w:tc>
          <w:tcPr>
            <w:tcW w:w="4418" w:type="dxa"/>
          </w:tcPr>
          <w:p w14:paraId="16E05681" w14:textId="79A63AF1" w:rsidR="00867B9F" w:rsidRDefault="00867B9F">
            <w:pPr>
              <w:keepNext/>
              <w:spacing w:before="100"/>
              <w:rPr>
                <w:rFonts w:hint="eastAsia"/>
                <w:b/>
                <w:lang w:val="pl-PL"/>
              </w:rPr>
            </w:pPr>
            <w:r>
              <w:rPr>
                <w:b/>
                <w:lang w:val="pl-PL"/>
              </w:rPr>
              <w:t xml:space="preserve">Nazwa i parametry </w:t>
            </w:r>
          </w:p>
        </w:tc>
        <w:tc>
          <w:tcPr>
            <w:tcW w:w="707" w:type="dxa"/>
          </w:tcPr>
          <w:p w14:paraId="37635015" w14:textId="5C38A16A" w:rsidR="00867B9F" w:rsidRDefault="00867B9F">
            <w:pPr>
              <w:keepNext/>
              <w:spacing w:before="100"/>
              <w:rPr>
                <w:rFonts w:hint="eastAsia"/>
                <w:b/>
                <w:lang w:val="pl-PL"/>
              </w:rPr>
            </w:pPr>
            <w:r>
              <w:rPr>
                <w:b/>
                <w:lang w:val="pl-PL"/>
              </w:rPr>
              <w:t>ilość</w:t>
            </w:r>
          </w:p>
        </w:tc>
        <w:tc>
          <w:tcPr>
            <w:tcW w:w="1428" w:type="dxa"/>
          </w:tcPr>
          <w:p w14:paraId="7803F876" w14:textId="67D21B74" w:rsidR="00867B9F" w:rsidRDefault="00867B9F">
            <w:pPr>
              <w:keepNext/>
              <w:spacing w:before="100"/>
              <w:rPr>
                <w:rFonts w:hint="eastAsia"/>
                <w:b/>
                <w:lang w:val="pl-PL"/>
              </w:rPr>
            </w:pPr>
            <w:r>
              <w:rPr>
                <w:b/>
                <w:lang w:val="pl-PL"/>
              </w:rPr>
              <w:t>Cena</w:t>
            </w:r>
            <w:r w:rsidR="00D535A0">
              <w:rPr>
                <w:b/>
                <w:lang w:val="pl-PL"/>
              </w:rPr>
              <w:t xml:space="preserve"> jednostkowa</w:t>
            </w:r>
          </w:p>
        </w:tc>
        <w:tc>
          <w:tcPr>
            <w:tcW w:w="1395" w:type="dxa"/>
          </w:tcPr>
          <w:p w14:paraId="4B5FC7F8" w14:textId="474E5BBE" w:rsidR="00867B9F" w:rsidRDefault="00D535A0">
            <w:pPr>
              <w:keepNext/>
              <w:spacing w:before="100"/>
              <w:rPr>
                <w:rFonts w:hint="eastAsia"/>
                <w:b/>
                <w:lang w:val="pl-PL"/>
              </w:rPr>
            </w:pPr>
            <w:r>
              <w:rPr>
                <w:b/>
                <w:lang w:val="pl-PL"/>
              </w:rPr>
              <w:t>Wartość</w:t>
            </w:r>
            <w:r w:rsidR="00867B9F">
              <w:rPr>
                <w:b/>
                <w:lang w:val="pl-PL"/>
              </w:rPr>
              <w:t xml:space="preserve"> </w:t>
            </w:r>
            <w:r w:rsidR="001F3208">
              <w:rPr>
                <w:b/>
                <w:lang w:val="pl-PL"/>
              </w:rPr>
              <w:t>łączna</w:t>
            </w:r>
          </w:p>
        </w:tc>
        <w:tc>
          <w:tcPr>
            <w:tcW w:w="2224" w:type="dxa"/>
          </w:tcPr>
          <w:p w14:paraId="34874DBC" w14:textId="147BB2A8" w:rsidR="00867B9F" w:rsidRDefault="00867B9F">
            <w:pPr>
              <w:keepNext/>
              <w:spacing w:before="100"/>
              <w:rPr>
                <w:rFonts w:hint="eastAsia"/>
                <w:b/>
                <w:lang w:val="pl-PL"/>
              </w:rPr>
            </w:pPr>
            <w:r>
              <w:rPr>
                <w:b/>
                <w:lang w:val="pl-PL"/>
              </w:rPr>
              <w:t>Źródło ceny</w:t>
            </w:r>
          </w:p>
        </w:tc>
      </w:tr>
      <w:tr w:rsidR="00867B9F" w14:paraId="77EA993D" w14:textId="77777777" w:rsidTr="00D535A0">
        <w:tc>
          <w:tcPr>
            <w:tcW w:w="4418" w:type="dxa"/>
          </w:tcPr>
          <w:p w14:paraId="24425B47" w14:textId="77777777" w:rsidR="00867B9F" w:rsidRDefault="00867B9F">
            <w:pPr>
              <w:keepNext/>
              <w:spacing w:before="100"/>
              <w:rPr>
                <w:rFonts w:hint="eastAsia"/>
                <w:b/>
                <w:lang w:val="pl-PL"/>
              </w:rPr>
            </w:pPr>
          </w:p>
        </w:tc>
        <w:tc>
          <w:tcPr>
            <w:tcW w:w="707" w:type="dxa"/>
          </w:tcPr>
          <w:p w14:paraId="20B47B07" w14:textId="77777777" w:rsidR="00867B9F" w:rsidRDefault="00867B9F">
            <w:pPr>
              <w:keepNext/>
              <w:spacing w:before="100"/>
              <w:rPr>
                <w:rFonts w:hint="eastAsia"/>
                <w:b/>
                <w:lang w:val="pl-PL"/>
              </w:rPr>
            </w:pPr>
          </w:p>
        </w:tc>
        <w:tc>
          <w:tcPr>
            <w:tcW w:w="1428" w:type="dxa"/>
          </w:tcPr>
          <w:p w14:paraId="46E072EA" w14:textId="77777777" w:rsidR="00867B9F" w:rsidRDefault="00867B9F">
            <w:pPr>
              <w:keepNext/>
              <w:spacing w:before="100"/>
              <w:rPr>
                <w:rFonts w:hint="eastAsia"/>
                <w:b/>
                <w:lang w:val="pl-PL"/>
              </w:rPr>
            </w:pPr>
          </w:p>
        </w:tc>
        <w:tc>
          <w:tcPr>
            <w:tcW w:w="1395" w:type="dxa"/>
          </w:tcPr>
          <w:p w14:paraId="2BA55DC4" w14:textId="77777777" w:rsidR="00867B9F" w:rsidRDefault="00867B9F">
            <w:pPr>
              <w:keepNext/>
              <w:spacing w:before="100"/>
              <w:rPr>
                <w:rFonts w:hint="eastAsia"/>
                <w:b/>
                <w:lang w:val="pl-PL"/>
              </w:rPr>
            </w:pPr>
          </w:p>
        </w:tc>
        <w:tc>
          <w:tcPr>
            <w:tcW w:w="2224" w:type="dxa"/>
          </w:tcPr>
          <w:p w14:paraId="020AEB1E" w14:textId="77777777" w:rsidR="00867B9F" w:rsidRDefault="00867B9F">
            <w:pPr>
              <w:keepNext/>
              <w:spacing w:before="100"/>
              <w:rPr>
                <w:rFonts w:hint="eastAsia"/>
                <w:b/>
                <w:lang w:val="pl-PL"/>
              </w:rPr>
            </w:pPr>
          </w:p>
        </w:tc>
      </w:tr>
      <w:tr w:rsidR="00867B9F" w14:paraId="706AA152" w14:textId="77777777" w:rsidTr="00D535A0">
        <w:tc>
          <w:tcPr>
            <w:tcW w:w="4418" w:type="dxa"/>
          </w:tcPr>
          <w:p w14:paraId="7E05B3F7" w14:textId="77777777" w:rsidR="00867B9F" w:rsidRDefault="00867B9F">
            <w:pPr>
              <w:keepNext/>
              <w:spacing w:before="100"/>
              <w:rPr>
                <w:rFonts w:hint="eastAsia"/>
                <w:b/>
                <w:lang w:val="pl-PL"/>
              </w:rPr>
            </w:pPr>
          </w:p>
        </w:tc>
        <w:tc>
          <w:tcPr>
            <w:tcW w:w="707" w:type="dxa"/>
          </w:tcPr>
          <w:p w14:paraId="3BD616C6" w14:textId="77777777" w:rsidR="00867B9F" w:rsidRDefault="00867B9F">
            <w:pPr>
              <w:keepNext/>
              <w:spacing w:before="100"/>
              <w:rPr>
                <w:rFonts w:hint="eastAsia"/>
                <w:b/>
                <w:lang w:val="pl-PL"/>
              </w:rPr>
            </w:pPr>
          </w:p>
        </w:tc>
        <w:tc>
          <w:tcPr>
            <w:tcW w:w="1428" w:type="dxa"/>
          </w:tcPr>
          <w:p w14:paraId="1F347024" w14:textId="77777777" w:rsidR="00867B9F" w:rsidRDefault="00867B9F">
            <w:pPr>
              <w:keepNext/>
              <w:spacing w:before="100"/>
              <w:rPr>
                <w:rFonts w:hint="eastAsia"/>
                <w:b/>
                <w:lang w:val="pl-PL"/>
              </w:rPr>
            </w:pPr>
          </w:p>
        </w:tc>
        <w:tc>
          <w:tcPr>
            <w:tcW w:w="1395" w:type="dxa"/>
          </w:tcPr>
          <w:p w14:paraId="39BED01F" w14:textId="77777777" w:rsidR="00867B9F" w:rsidRDefault="00867B9F">
            <w:pPr>
              <w:keepNext/>
              <w:spacing w:before="100"/>
              <w:rPr>
                <w:rFonts w:hint="eastAsia"/>
                <w:b/>
                <w:lang w:val="pl-PL"/>
              </w:rPr>
            </w:pPr>
          </w:p>
        </w:tc>
        <w:tc>
          <w:tcPr>
            <w:tcW w:w="2224" w:type="dxa"/>
          </w:tcPr>
          <w:p w14:paraId="68431432" w14:textId="77777777" w:rsidR="00867B9F" w:rsidRDefault="00867B9F">
            <w:pPr>
              <w:keepNext/>
              <w:spacing w:before="100"/>
              <w:rPr>
                <w:rFonts w:hint="eastAsia"/>
                <w:b/>
                <w:lang w:val="pl-PL"/>
              </w:rPr>
            </w:pPr>
          </w:p>
        </w:tc>
      </w:tr>
      <w:tr w:rsidR="00867B9F" w14:paraId="46E436AE" w14:textId="77777777" w:rsidTr="00D535A0">
        <w:tc>
          <w:tcPr>
            <w:tcW w:w="4418" w:type="dxa"/>
          </w:tcPr>
          <w:p w14:paraId="45BBBADA" w14:textId="77777777" w:rsidR="00867B9F" w:rsidRDefault="00867B9F">
            <w:pPr>
              <w:keepNext/>
              <w:spacing w:before="100"/>
              <w:rPr>
                <w:rFonts w:hint="eastAsia"/>
                <w:b/>
                <w:lang w:val="pl-PL"/>
              </w:rPr>
            </w:pPr>
          </w:p>
        </w:tc>
        <w:tc>
          <w:tcPr>
            <w:tcW w:w="707" w:type="dxa"/>
          </w:tcPr>
          <w:p w14:paraId="4DFC24F8" w14:textId="77777777" w:rsidR="00867B9F" w:rsidRDefault="00867B9F">
            <w:pPr>
              <w:keepNext/>
              <w:spacing w:before="100"/>
              <w:rPr>
                <w:rFonts w:hint="eastAsia"/>
                <w:b/>
                <w:lang w:val="pl-PL"/>
              </w:rPr>
            </w:pPr>
          </w:p>
        </w:tc>
        <w:tc>
          <w:tcPr>
            <w:tcW w:w="1428" w:type="dxa"/>
          </w:tcPr>
          <w:p w14:paraId="5D232DE3" w14:textId="77777777" w:rsidR="00867B9F" w:rsidRDefault="00867B9F">
            <w:pPr>
              <w:keepNext/>
              <w:spacing w:before="100"/>
              <w:rPr>
                <w:rFonts w:hint="eastAsia"/>
                <w:b/>
                <w:lang w:val="pl-PL"/>
              </w:rPr>
            </w:pPr>
          </w:p>
        </w:tc>
        <w:tc>
          <w:tcPr>
            <w:tcW w:w="1395" w:type="dxa"/>
          </w:tcPr>
          <w:p w14:paraId="29A4379B" w14:textId="77777777" w:rsidR="00867B9F" w:rsidRDefault="00867B9F">
            <w:pPr>
              <w:keepNext/>
              <w:spacing w:before="100"/>
              <w:rPr>
                <w:rFonts w:hint="eastAsia"/>
                <w:b/>
                <w:lang w:val="pl-PL"/>
              </w:rPr>
            </w:pPr>
          </w:p>
        </w:tc>
        <w:tc>
          <w:tcPr>
            <w:tcW w:w="2224" w:type="dxa"/>
            <w:tcBorders>
              <w:bottom w:val="single" w:sz="4" w:space="0" w:color="auto"/>
            </w:tcBorders>
          </w:tcPr>
          <w:p w14:paraId="1BF5FC7E" w14:textId="77777777" w:rsidR="00867B9F" w:rsidRDefault="00867B9F">
            <w:pPr>
              <w:keepNext/>
              <w:spacing w:before="100"/>
              <w:rPr>
                <w:rFonts w:hint="eastAsia"/>
                <w:b/>
                <w:lang w:val="pl-PL"/>
              </w:rPr>
            </w:pPr>
          </w:p>
        </w:tc>
      </w:tr>
      <w:tr w:rsidR="00D535A0" w14:paraId="16ECA8DC" w14:textId="77777777" w:rsidTr="00D535A0">
        <w:tc>
          <w:tcPr>
            <w:tcW w:w="6553" w:type="dxa"/>
            <w:gridSpan w:val="3"/>
          </w:tcPr>
          <w:p w14:paraId="50DDFE61" w14:textId="0F09EF86" w:rsidR="00D535A0" w:rsidRDefault="00D535A0">
            <w:pPr>
              <w:keepNext/>
              <w:spacing w:before="100"/>
              <w:rPr>
                <w:rFonts w:hint="eastAsia"/>
                <w:b/>
                <w:lang w:val="pl-PL"/>
              </w:rPr>
            </w:pPr>
            <w:r>
              <w:rPr>
                <w:b/>
                <w:lang w:val="pl-PL"/>
              </w:rPr>
              <w:t>Razem</w:t>
            </w:r>
          </w:p>
        </w:tc>
        <w:tc>
          <w:tcPr>
            <w:tcW w:w="1395" w:type="dxa"/>
          </w:tcPr>
          <w:p w14:paraId="6F74A6D4" w14:textId="77777777" w:rsidR="00D535A0" w:rsidRDefault="00D535A0">
            <w:pPr>
              <w:keepNext/>
              <w:spacing w:before="100"/>
              <w:rPr>
                <w:rFonts w:hint="eastAsia"/>
                <w:b/>
                <w:lang w:val="pl-PL"/>
              </w:rPr>
            </w:pPr>
          </w:p>
        </w:tc>
        <w:tc>
          <w:tcPr>
            <w:tcW w:w="2224" w:type="dxa"/>
            <w:tcBorders>
              <w:tl2br w:val="single" w:sz="4" w:space="0" w:color="auto"/>
              <w:tr2bl w:val="single" w:sz="4" w:space="0" w:color="auto"/>
            </w:tcBorders>
          </w:tcPr>
          <w:p w14:paraId="6930F9D1" w14:textId="77777777" w:rsidR="00D535A0" w:rsidRDefault="00D535A0">
            <w:pPr>
              <w:keepNext/>
              <w:spacing w:before="100"/>
              <w:rPr>
                <w:rFonts w:hint="eastAsia"/>
                <w:b/>
                <w:lang w:val="pl-PL"/>
              </w:rPr>
            </w:pPr>
          </w:p>
        </w:tc>
      </w:tr>
    </w:tbl>
    <w:p w14:paraId="3172874F" w14:textId="0224FE63" w:rsidR="00683CA8" w:rsidRPr="00A26FB0" w:rsidRDefault="00A26FB0">
      <w:pPr>
        <w:keepNext/>
        <w:spacing w:before="100"/>
        <w:rPr>
          <w:rFonts w:hint="eastAsia"/>
          <w:lang w:val="pl-PL"/>
        </w:rPr>
      </w:pPr>
      <w:r>
        <w:rPr>
          <w:b/>
          <w:lang w:val="pl-PL"/>
        </w:rPr>
        <w:t>3</w:t>
      </w:r>
      <w:r w:rsidR="008C0681" w:rsidRPr="002B3E70">
        <w:rPr>
          <w:b/>
          <w:lang w:val="pl-PL"/>
        </w:rPr>
        <w:t xml:space="preserve">. </w:t>
      </w:r>
      <w:r w:rsidRPr="00A26FB0">
        <w:rPr>
          <w:b/>
          <w:bCs/>
          <w:lang w:val="pl-PL"/>
        </w:rPr>
        <w:t>Dlaczego wyposażenie jest potrzebne i jak będzie wykorzystywane?</w:t>
      </w:r>
    </w:p>
    <w:p w14:paraId="11BDB3E6" w14:textId="07FA7B62" w:rsidR="00683CA8" w:rsidRPr="002B3E70" w:rsidRDefault="00A26FB0">
      <w:pPr>
        <w:keepNext/>
        <w:spacing w:after="40"/>
        <w:rPr>
          <w:rFonts w:hint="eastAsia"/>
          <w:lang w:val="pl-PL"/>
        </w:rPr>
      </w:pPr>
      <w:r w:rsidRPr="00A26FB0">
        <w:rPr>
          <w:i/>
          <w:sz w:val="18"/>
          <w:lang w:val="pl-PL"/>
        </w:rPr>
        <w:t>Opisz, czego obecnie brakuje, jakie działania umożliwi zakup i co zyskają mieszkańcy. Podaj przewidywaną częstotliwość korzystania oraz przez ile lat planujecie używać wyposażenia.</w:t>
      </w:r>
    </w:p>
    <w:p w14:paraId="182A4432" w14:textId="77777777" w:rsidR="00BC4DE8" w:rsidRPr="002B3E70" w:rsidRDefault="00BC4DE8" w:rsidP="00BC4DE8">
      <w:pPr>
        <w:spacing w:after="40"/>
        <w:rPr>
          <w:rFonts w:hint="eastAsia"/>
          <w:lang w:val="pl-PL"/>
        </w:rPr>
      </w:pPr>
      <w:r w:rsidRPr="002B3E70">
        <w:rPr>
          <w:lang w:val="pl-PL"/>
        </w:rPr>
        <w:t>.................................................................................................................................................</w:t>
      </w:r>
      <w:r>
        <w:rPr>
          <w:lang w:val="pl-PL"/>
        </w:rPr>
        <w:t>.............................</w:t>
      </w:r>
    </w:p>
    <w:p w14:paraId="2886FA06" w14:textId="77777777" w:rsidR="00BC4DE8" w:rsidRPr="002B3E70" w:rsidRDefault="00BC4DE8" w:rsidP="00BC4DE8">
      <w:pPr>
        <w:spacing w:after="40"/>
        <w:rPr>
          <w:rFonts w:hint="eastAsia"/>
          <w:lang w:val="pl-PL"/>
        </w:rPr>
      </w:pPr>
      <w:r w:rsidRPr="002B3E70">
        <w:rPr>
          <w:lang w:val="pl-PL"/>
        </w:rPr>
        <w:t>.................................................................................................................................................</w:t>
      </w:r>
      <w:r>
        <w:rPr>
          <w:lang w:val="pl-PL"/>
        </w:rPr>
        <w:t>.............................</w:t>
      </w:r>
    </w:p>
    <w:p w14:paraId="5D327312" w14:textId="77777777" w:rsidR="00BC4DE8" w:rsidRPr="002B3E70" w:rsidRDefault="00BC4DE8" w:rsidP="00BC4DE8">
      <w:pPr>
        <w:spacing w:after="40"/>
        <w:rPr>
          <w:rFonts w:hint="eastAsia"/>
          <w:lang w:val="pl-PL"/>
        </w:rPr>
      </w:pPr>
      <w:r w:rsidRPr="002B3E70">
        <w:rPr>
          <w:lang w:val="pl-PL"/>
        </w:rPr>
        <w:t>.................................................................................................................................................</w:t>
      </w:r>
      <w:r>
        <w:rPr>
          <w:lang w:val="pl-PL"/>
        </w:rPr>
        <w:t>.............................</w:t>
      </w:r>
    </w:p>
    <w:p w14:paraId="52213F92" w14:textId="28BAEA4D" w:rsidR="00683CA8" w:rsidRPr="00A26FB0" w:rsidRDefault="00972776">
      <w:pPr>
        <w:keepNext/>
        <w:spacing w:before="100"/>
        <w:rPr>
          <w:rFonts w:hint="eastAsia"/>
          <w:lang w:val="pl-PL"/>
        </w:rPr>
      </w:pPr>
      <w:r>
        <w:rPr>
          <w:b/>
          <w:lang w:val="pl-PL"/>
        </w:rPr>
        <w:lastRenderedPageBreak/>
        <w:t>4</w:t>
      </w:r>
      <w:r w:rsidR="009D5E8B" w:rsidRPr="002B3E70">
        <w:rPr>
          <w:b/>
          <w:lang w:val="pl-PL"/>
        </w:rPr>
        <w:t xml:space="preserve">. </w:t>
      </w:r>
      <w:r w:rsidR="00A26FB0" w:rsidRPr="00A26FB0">
        <w:rPr>
          <w:b/>
          <w:lang w:val="pl-PL"/>
        </w:rPr>
        <w:t>Kto i z jakich miejscowości będzie korzystał z tych działań?</w:t>
      </w:r>
    </w:p>
    <w:p w14:paraId="609096FC" w14:textId="70A508E1" w:rsidR="00683CA8" w:rsidRPr="002B3E70" w:rsidRDefault="00972776">
      <w:pPr>
        <w:keepNext/>
        <w:spacing w:after="40"/>
        <w:rPr>
          <w:rFonts w:hint="eastAsia"/>
          <w:lang w:val="pl-PL"/>
        </w:rPr>
      </w:pPr>
      <w:r w:rsidRPr="00972776">
        <w:rPr>
          <w:i/>
          <w:sz w:val="18"/>
          <w:lang w:val="pl-PL"/>
        </w:rPr>
        <w:t>Podaj grupę odbiorców, szacunkową liczbę osób rocznie i podstawę szacunku. Wskaż miejsca działań oraz zasady udziału</w:t>
      </w:r>
      <w:r>
        <w:rPr>
          <w:i/>
          <w:sz w:val="18"/>
          <w:lang w:val="pl-PL"/>
        </w:rPr>
        <w:t>/korzystania</w:t>
      </w:r>
      <w:r w:rsidRPr="00972776">
        <w:rPr>
          <w:i/>
          <w:sz w:val="18"/>
          <w:lang w:val="pl-PL"/>
        </w:rPr>
        <w:t>, w tym ewentualną odpłatność. Jeśli podobna oferta jest tam trudno dostępna, zaznacz to.</w:t>
      </w:r>
      <w:r>
        <w:rPr>
          <w:i/>
          <w:sz w:val="18"/>
          <w:lang w:val="pl-PL"/>
        </w:rPr>
        <w:t xml:space="preserve"> </w:t>
      </w:r>
      <w:r w:rsidR="009D5E8B" w:rsidRPr="002B3E70">
        <w:rPr>
          <w:i/>
          <w:sz w:val="18"/>
          <w:lang w:val="pl-PL"/>
        </w:rPr>
        <w:t xml:space="preserve">Jeśli dotyczy, opisz potrzeby osób do 25 lat, osób powyżej 60 lat lub osób poszukujących zatrudnienia. </w:t>
      </w:r>
    </w:p>
    <w:p w14:paraId="1CE02355" w14:textId="77777777" w:rsidR="00BC4DE8" w:rsidRPr="002B3E70" w:rsidRDefault="00BC4DE8" w:rsidP="00BC4DE8">
      <w:pPr>
        <w:spacing w:after="40"/>
        <w:rPr>
          <w:rFonts w:hint="eastAsia"/>
          <w:lang w:val="pl-PL"/>
        </w:rPr>
      </w:pPr>
      <w:r w:rsidRPr="002B3E70">
        <w:rPr>
          <w:lang w:val="pl-PL"/>
        </w:rPr>
        <w:t>.................................................................................................................................................</w:t>
      </w:r>
      <w:r>
        <w:rPr>
          <w:lang w:val="pl-PL"/>
        </w:rPr>
        <w:t>.............................</w:t>
      </w:r>
    </w:p>
    <w:p w14:paraId="5DB8477F" w14:textId="77777777" w:rsidR="00BC4DE8" w:rsidRPr="002B3E70" w:rsidRDefault="00BC4DE8" w:rsidP="00BC4DE8">
      <w:pPr>
        <w:spacing w:after="40"/>
        <w:rPr>
          <w:rFonts w:hint="eastAsia"/>
          <w:lang w:val="pl-PL"/>
        </w:rPr>
      </w:pPr>
      <w:r w:rsidRPr="002B3E70">
        <w:rPr>
          <w:lang w:val="pl-PL"/>
        </w:rPr>
        <w:t>.................................................................................................................................................</w:t>
      </w:r>
      <w:r>
        <w:rPr>
          <w:lang w:val="pl-PL"/>
        </w:rPr>
        <w:t>.............................</w:t>
      </w:r>
    </w:p>
    <w:p w14:paraId="019BC841" w14:textId="77777777" w:rsidR="00BC4DE8" w:rsidRPr="002B3E70" w:rsidRDefault="00BC4DE8" w:rsidP="00BC4DE8">
      <w:pPr>
        <w:spacing w:after="40"/>
        <w:rPr>
          <w:rFonts w:hint="eastAsia"/>
          <w:lang w:val="pl-PL"/>
        </w:rPr>
      </w:pPr>
      <w:r w:rsidRPr="002B3E70">
        <w:rPr>
          <w:lang w:val="pl-PL"/>
        </w:rPr>
        <w:t>.................................................................................................................................................</w:t>
      </w:r>
      <w:r>
        <w:rPr>
          <w:lang w:val="pl-PL"/>
        </w:rPr>
        <w:t>.............................</w:t>
      </w:r>
    </w:p>
    <w:p w14:paraId="315E4657" w14:textId="1CC88194" w:rsidR="00683CA8" w:rsidRPr="002B3E70" w:rsidRDefault="00972776" w:rsidP="00BC4DE8">
      <w:pPr>
        <w:spacing w:after="40"/>
        <w:rPr>
          <w:rFonts w:hint="eastAsia"/>
          <w:lang w:val="pl-PL"/>
        </w:rPr>
      </w:pPr>
      <w:r>
        <w:rPr>
          <w:b/>
          <w:lang w:val="pl-PL"/>
        </w:rPr>
        <w:t>5</w:t>
      </w:r>
      <w:r w:rsidR="009D5E8B" w:rsidRPr="002B3E70">
        <w:rPr>
          <w:b/>
          <w:lang w:val="pl-PL"/>
        </w:rPr>
        <w:t>. Czy zakup pomoże chronić lub upowszechniać lokalne zasoby przyrodnicze albo kulturowe? Jak?</w:t>
      </w:r>
    </w:p>
    <w:p w14:paraId="08BD5472" w14:textId="13ED762A" w:rsidR="00683CA8" w:rsidRPr="002B3E70" w:rsidRDefault="00972776">
      <w:pPr>
        <w:keepNext/>
        <w:spacing w:after="40"/>
        <w:rPr>
          <w:rFonts w:hint="eastAsia"/>
          <w:lang w:val="pl-PL"/>
        </w:rPr>
      </w:pPr>
      <w:r w:rsidRPr="00972776">
        <w:rPr>
          <w:i/>
          <w:sz w:val="18"/>
          <w:lang w:val="pl-PL"/>
        </w:rPr>
        <w:t>Jeśli tak, wskaż zasób i krótko opisz sposób wykorzystania wyposażenia. Jeśli nie, wpisz „nie dotyczy”.</w:t>
      </w:r>
      <w:r>
        <w:rPr>
          <w:i/>
          <w:sz w:val="18"/>
        </w:rPr>
        <w:t xml:space="preserve"> </w:t>
      </w:r>
    </w:p>
    <w:p w14:paraId="7955A510" w14:textId="77777777" w:rsidR="002B3E70" w:rsidRPr="002B3E70" w:rsidRDefault="002B3E70" w:rsidP="002B3E70">
      <w:pPr>
        <w:spacing w:after="40"/>
        <w:rPr>
          <w:rFonts w:hint="eastAsia"/>
          <w:lang w:val="pl-PL"/>
        </w:rPr>
      </w:pPr>
      <w:r w:rsidRPr="002B3E70">
        <w:rPr>
          <w:lang w:val="pl-PL"/>
        </w:rPr>
        <w:t>.................................................................................................................................................</w:t>
      </w:r>
      <w:r>
        <w:rPr>
          <w:lang w:val="pl-PL"/>
        </w:rPr>
        <w:t>.............................</w:t>
      </w:r>
    </w:p>
    <w:p w14:paraId="65AA5EE1" w14:textId="77777777" w:rsidR="002B3E70" w:rsidRPr="002B3E70" w:rsidRDefault="002B3E70" w:rsidP="002B3E70">
      <w:pPr>
        <w:spacing w:after="40"/>
        <w:rPr>
          <w:rFonts w:hint="eastAsia"/>
          <w:lang w:val="pl-PL"/>
        </w:rPr>
      </w:pPr>
      <w:r w:rsidRPr="002B3E70">
        <w:rPr>
          <w:lang w:val="pl-PL"/>
        </w:rPr>
        <w:t>.................................................................................................................................................</w:t>
      </w:r>
      <w:r>
        <w:rPr>
          <w:lang w:val="pl-PL"/>
        </w:rPr>
        <w:t>.............................</w:t>
      </w:r>
    </w:p>
    <w:p w14:paraId="66636AEF" w14:textId="25AE4189" w:rsidR="00683CA8" w:rsidRPr="002B3E70" w:rsidRDefault="002B3E70">
      <w:pPr>
        <w:spacing w:after="40"/>
        <w:rPr>
          <w:rFonts w:hint="eastAsia"/>
          <w:lang w:val="pl-PL"/>
        </w:rPr>
      </w:pPr>
      <w:r w:rsidRPr="002B3E70">
        <w:rPr>
          <w:lang w:val="pl-PL"/>
        </w:rPr>
        <w:t>.................................................................................................................................................</w:t>
      </w:r>
      <w:r>
        <w:rPr>
          <w:lang w:val="pl-PL"/>
        </w:rPr>
        <w:t>.............................</w:t>
      </w:r>
    </w:p>
    <w:p w14:paraId="612EC415" w14:textId="6459048B" w:rsidR="00972776" w:rsidRDefault="00972776" w:rsidP="00972776">
      <w:pPr>
        <w:keepNext/>
        <w:spacing w:before="100"/>
        <w:rPr>
          <w:b/>
          <w:lang w:val="pl-PL"/>
        </w:rPr>
      </w:pPr>
      <w:r>
        <w:rPr>
          <w:b/>
          <w:lang w:val="pl-PL"/>
        </w:rPr>
        <w:t>6</w:t>
      </w:r>
      <w:r w:rsidR="0072578A" w:rsidRPr="002B3E70">
        <w:rPr>
          <w:b/>
          <w:lang w:val="pl-PL"/>
        </w:rPr>
        <w:t xml:space="preserve">. </w:t>
      </w:r>
      <w:r w:rsidRPr="00972776">
        <w:rPr>
          <w:b/>
          <w:lang w:val="pl-PL"/>
        </w:rPr>
        <w:t>Jak zapewnicie przechowywanie i utrzymanie wyposażenia?</w:t>
      </w:r>
    </w:p>
    <w:p w14:paraId="6DD355C8" w14:textId="5F8ED37D" w:rsidR="00972776" w:rsidRDefault="00972776" w:rsidP="00BC4DE8">
      <w:pPr>
        <w:spacing w:after="40"/>
        <w:rPr>
          <w:i/>
          <w:sz w:val="18"/>
          <w:lang w:val="pl-PL"/>
        </w:rPr>
      </w:pPr>
      <w:r w:rsidRPr="00972776">
        <w:rPr>
          <w:i/>
          <w:sz w:val="18"/>
          <w:lang w:val="pl-PL"/>
        </w:rPr>
        <w:t>Podaj miejsce, osobę lub funkcję odpowiedzialną oraz sposób pokrycia kosztów użytkowania i napraw</w:t>
      </w:r>
      <w:r>
        <w:rPr>
          <w:i/>
          <w:sz w:val="18"/>
          <w:lang w:val="pl-PL"/>
        </w:rPr>
        <w:t>.</w:t>
      </w:r>
    </w:p>
    <w:p w14:paraId="505E156B" w14:textId="42951F02" w:rsidR="00BC4DE8" w:rsidRPr="002B3E70" w:rsidRDefault="00972776" w:rsidP="00BC4DE8">
      <w:pPr>
        <w:spacing w:after="40"/>
        <w:rPr>
          <w:rFonts w:hint="eastAsia"/>
          <w:lang w:val="pl-PL"/>
        </w:rPr>
      </w:pPr>
      <w:r w:rsidRPr="00972776">
        <w:rPr>
          <w:i/>
          <w:sz w:val="18"/>
          <w:lang w:val="pl-PL"/>
        </w:rPr>
        <w:t>.</w:t>
      </w:r>
      <w:r w:rsidR="00BC4DE8" w:rsidRPr="002B3E70">
        <w:rPr>
          <w:lang w:val="pl-PL"/>
        </w:rPr>
        <w:t>.................................................................................................................................................</w:t>
      </w:r>
      <w:r w:rsidR="00BC4DE8">
        <w:rPr>
          <w:lang w:val="pl-PL"/>
        </w:rPr>
        <w:t>.............................</w:t>
      </w:r>
    </w:p>
    <w:p w14:paraId="44687F5E" w14:textId="77777777" w:rsidR="00BC4DE8" w:rsidRPr="002B3E70" w:rsidRDefault="00BC4DE8" w:rsidP="00BC4DE8">
      <w:pPr>
        <w:spacing w:after="40"/>
        <w:rPr>
          <w:rFonts w:hint="eastAsia"/>
          <w:lang w:val="pl-PL"/>
        </w:rPr>
      </w:pPr>
      <w:r w:rsidRPr="002B3E70">
        <w:rPr>
          <w:lang w:val="pl-PL"/>
        </w:rPr>
        <w:t>.................................................................................................................................................</w:t>
      </w:r>
      <w:r>
        <w:rPr>
          <w:lang w:val="pl-PL"/>
        </w:rPr>
        <w:t>.............................</w:t>
      </w:r>
    </w:p>
    <w:p w14:paraId="77EB01C0" w14:textId="77777777" w:rsidR="00BC4DE8" w:rsidRPr="002B3E70" w:rsidRDefault="00BC4DE8" w:rsidP="00BC4DE8">
      <w:pPr>
        <w:spacing w:after="40"/>
        <w:rPr>
          <w:rFonts w:hint="eastAsia"/>
          <w:lang w:val="pl-PL"/>
        </w:rPr>
      </w:pPr>
      <w:r w:rsidRPr="002B3E70">
        <w:rPr>
          <w:lang w:val="pl-PL"/>
        </w:rPr>
        <w:t>.................................................................................................................................................</w:t>
      </w:r>
      <w:r>
        <w:rPr>
          <w:lang w:val="pl-PL"/>
        </w:rPr>
        <w:t>.............................</w:t>
      </w:r>
    </w:p>
    <w:p w14:paraId="4601CF6D" w14:textId="055449BD" w:rsidR="00BC4DE8" w:rsidRPr="002B3E70" w:rsidRDefault="00BC4DE8" w:rsidP="00BC4DE8">
      <w:pPr>
        <w:spacing w:after="40"/>
        <w:rPr>
          <w:rFonts w:hint="eastAsia"/>
          <w:lang w:val="pl-PL"/>
        </w:rPr>
      </w:pPr>
    </w:p>
    <w:p w14:paraId="48DF838B" w14:textId="77777777" w:rsidR="00734BCC" w:rsidRDefault="00734BCC">
      <w:pPr>
        <w:pStyle w:val="Nagwek1"/>
        <w:rPr>
          <w:lang w:val="pl-PL"/>
        </w:rPr>
      </w:pPr>
    </w:p>
    <w:p w14:paraId="17EC8E63" w14:textId="1F976275" w:rsidR="00683CA8" w:rsidRDefault="00734BCC" w:rsidP="00734BCC">
      <w:pPr>
        <w:jc w:val="right"/>
        <w:rPr>
          <w:rFonts w:hint="eastAsia"/>
          <w:lang w:val="pl-PL"/>
        </w:rPr>
      </w:pPr>
      <w:r>
        <w:rPr>
          <w:lang w:val="pl-PL"/>
        </w:rPr>
        <w:t>Podpis osoby przygotowującej</w:t>
      </w:r>
    </w:p>
    <w:p w14:paraId="2361D61F" w14:textId="77777777" w:rsidR="00734BCC" w:rsidRDefault="00734BCC" w:rsidP="00734BCC">
      <w:pPr>
        <w:jc w:val="right"/>
        <w:rPr>
          <w:rFonts w:hint="eastAsia"/>
          <w:lang w:val="pl-PL"/>
        </w:rPr>
      </w:pPr>
    </w:p>
    <w:p w14:paraId="33D8D9DB" w14:textId="0B0B5D2D" w:rsidR="00734BCC" w:rsidRPr="002B3E70" w:rsidRDefault="00734BCC" w:rsidP="00734BCC">
      <w:pPr>
        <w:jc w:val="right"/>
        <w:rPr>
          <w:rFonts w:hint="eastAsia"/>
          <w:lang w:val="pl-PL"/>
        </w:rPr>
      </w:pPr>
      <w:r>
        <w:rPr>
          <w:lang w:val="pl-PL"/>
        </w:rPr>
        <w:t>……………………………………</w:t>
      </w:r>
    </w:p>
    <w:p w14:paraId="3DD4AAE7" w14:textId="77777777" w:rsidR="002B3E70" w:rsidRDefault="002B3E70">
      <w:pPr>
        <w:rPr>
          <w:rFonts w:hint="eastAsia"/>
          <w:i/>
          <w:lang w:val="pl-PL"/>
        </w:rPr>
      </w:pPr>
    </w:p>
    <w:p w14:paraId="5F943D23" w14:textId="77777777" w:rsidR="00734BCC" w:rsidRDefault="00734BCC">
      <w:pPr>
        <w:rPr>
          <w:rFonts w:hint="eastAsia"/>
          <w:i/>
          <w:lang w:val="pl-PL"/>
        </w:rPr>
      </w:pPr>
    </w:p>
    <w:p w14:paraId="1FA356E8" w14:textId="77777777" w:rsidR="00734BCC" w:rsidRDefault="00734BCC">
      <w:pPr>
        <w:rPr>
          <w:rFonts w:hint="eastAsia"/>
          <w:i/>
          <w:lang w:val="pl-PL"/>
        </w:rPr>
      </w:pPr>
    </w:p>
    <w:p w14:paraId="691F182C" w14:textId="47525D5E" w:rsidR="00683CA8" w:rsidRPr="002B3E70" w:rsidRDefault="009D5E8B" w:rsidP="00BC4DE8">
      <w:pPr>
        <w:jc w:val="both"/>
        <w:rPr>
          <w:rFonts w:hint="eastAsia"/>
          <w:lang w:val="pl-PL"/>
        </w:rPr>
      </w:pPr>
      <w:r w:rsidRPr="002B3E70">
        <w:rPr>
          <w:i/>
          <w:lang w:val="pl-PL"/>
        </w:rPr>
        <w:t xml:space="preserve">LGD wykorzysta przedstawione pomysły do zaplanowania zadań projektu grantowego. O wyborze </w:t>
      </w:r>
      <w:proofErr w:type="spellStart"/>
      <w:r w:rsidRPr="002B3E70">
        <w:rPr>
          <w:i/>
          <w:lang w:val="pl-PL"/>
        </w:rPr>
        <w:t>grantobiorców</w:t>
      </w:r>
      <w:proofErr w:type="spellEnd"/>
      <w:r w:rsidRPr="002B3E70">
        <w:rPr>
          <w:i/>
          <w:lang w:val="pl-PL"/>
        </w:rPr>
        <w:t xml:space="preserve"> rozstrzygnie odrębny, otwarty nabór zgodnie z jego ogłoszeniem i kryteriami.</w:t>
      </w:r>
    </w:p>
    <w:sectPr w:rsidR="00683CA8" w:rsidRPr="002B3E70" w:rsidSect="00BC4DE8">
      <w:headerReference w:type="first" r:id="rId8"/>
      <w:pgSz w:w="12240" w:h="15840"/>
      <w:pgMar w:top="965" w:right="1123" w:bottom="864" w:left="1123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FDEAD" w14:textId="77777777" w:rsidR="009D5E8B" w:rsidRDefault="009D5E8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D98485E" w14:textId="77777777" w:rsidR="009D5E8B" w:rsidRDefault="009D5E8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EE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1360B" w14:textId="77777777" w:rsidR="009D5E8B" w:rsidRDefault="009D5E8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0235693" w14:textId="77777777" w:rsidR="009D5E8B" w:rsidRDefault="009D5E8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6DDDC" w14:textId="631557A3" w:rsidR="00BC4DE8" w:rsidRDefault="00BC4DE8">
    <w:pPr>
      <w:pStyle w:val="Nagwek"/>
      <w:rPr>
        <w:rFonts w:hint="eastAsia"/>
      </w:rPr>
    </w:pPr>
    <w:r>
      <w:rPr>
        <w:noProof/>
      </w:rPr>
      <w:drawing>
        <wp:inline distT="0" distB="0" distL="0" distR="0" wp14:anchorId="6BF0EA45" wp14:editId="666B81E0">
          <wp:extent cx="6346190" cy="1160780"/>
          <wp:effectExtent l="0" t="0" r="0" b="1270"/>
          <wp:docPr id="169084430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6190" cy="1160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3897189">
    <w:abstractNumId w:val="8"/>
  </w:num>
  <w:num w:numId="2" w16cid:durableId="813452961">
    <w:abstractNumId w:val="6"/>
  </w:num>
  <w:num w:numId="3" w16cid:durableId="1326981218">
    <w:abstractNumId w:val="5"/>
  </w:num>
  <w:num w:numId="4" w16cid:durableId="318310346">
    <w:abstractNumId w:val="4"/>
  </w:num>
  <w:num w:numId="5" w16cid:durableId="1287156176">
    <w:abstractNumId w:val="7"/>
  </w:num>
  <w:num w:numId="6" w16cid:durableId="1910071442">
    <w:abstractNumId w:val="3"/>
  </w:num>
  <w:num w:numId="7" w16cid:durableId="1995449994">
    <w:abstractNumId w:val="2"/>
  </w:num>
  <w:num w:numId="8" w16cid:durableId="1502624556">
    <w:abstractNumId w:val="1"/>
  </w:num>
  <w:num w:numId="9" w16cid:durableId="1842429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9DB"/>
    <w:rsid w:val="00034616"/>
    <w:rsid w:val="0006063C"/>
    <w:rsid w:val="0015074B"/>
    <w:rsid w:val="001B048A"/>
    <w:rsid w:val="001F2950"/>
    <w:rsid w:val="001F3208"/>
    <w:rsid w:val="0029639D"/>
    <w:rsid w:val="002B3E70"/>
    <w:rsid w:val="00326F90"/>
    <w:rsid w:val="003E29E8"/>
    <w:rsid w:val="00407FD6"/>
    <w:rsid w:val="0045512F"/>
    <w:rsid w:val="00490A93"/>
    <w:rsid w:val="00567D56"/>
    <w:rsid w:val="005D631F"/>
    <w:rsid w:val="00683CA8"/>
    <w:rsid w:val="0072578A"/>
    <w:rsid w:val="00730702"/>
    <w:rsid w:val="00734BCC"/>
    <w:rsid w:val="00785056"/>
    <w:rsid w:val="00815146"/>
    <w:rsid w:val="00867B9F"/>
    <w:rsid w:val="00886464"/>
    <w:rsid w:val="008930D3"/>
    <w:rsid w:val="0089737D"/>
    <w:rsid w:val="008A0C17"/>
    <w:rsid w:val="008C0681"/>
    <w:rsid w:val="008F5DC4"/>
    <w:rsid w:val="00972776"/>
    <w:rsid w:val="009D2C64"/>
    <w:rsid w:val="009D5E8B"/>
    <w:rsid w:val="00A26FB0"/>
    <w:rsid w:val="00A34080"/>
    <w:rsid w:val="00A429A3"/>
    <w:rsid w:val="00A97C0E"/>
    <w:rsid w:val="00AA1D8D"/>
    <w:rsid w:val="00B47730"/>
    <w:rsid w:val="00BC4DE8"/>
    <w:rsid w:val="00C34ADD"/>
    <w:rsid w:val="00C75F5A"/>
    <w:rsid w:val="00CB0664"/>
    <w:rsid w:val="00CF2E5A"/>
    <w:rsid w:val="00D35E14"/>
    <w:rsid w:val="00D535A0"/>
    <w:rsid w:val="00D6697C"/>
    <w:rsid w:val="00DA2052"/>
    <w:rsid w:val="00DF621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78568B"/>
  <w14:defaultImageDpi w14:val="300"/>
  <w15:docId w15:val="{A89AC75A-D0F6-4129-9915-72001CC00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/>
    </w:pPr>
    <w:rPr>
      <w:rFonts w:ascii="Liberation Sans" w:hAnsi="Liberation San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000000"/>
      <w:sz w:val="2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nil"/>
      </w:pBdr>
      <w:spacing w:after="14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791</Words>
  <Characters>4751</Characters>
  <Application>Microsoft Office Word</Application>
  <DocSecurity>0</DocSecurity>
  <Lines>39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5531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Przemysław Strójwąs</cp:lastModifiedBy>
  <cp:revision>3</cp:revision>
  <dcterms:created xsi:type="dcterms:W3CDTF">2026-10-08T09:01:00Z</dcterms:created>
  <dcterms:modified xsi:type="dcterms:W3CDTF">2026-10-08T09:02:00Z</dcterms:modified>
  <cp:category/>
</cp:coreProperties>
</file>